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89D" w:rsidRDefault="0071389D" w:rsidP="0071389D">
      <w:pPr>
        <w:pStyle w:val="Nincstrkz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-217170</wp:posOffset>
            </wp:positionH>
            <wp:positionV relativeFrom="paragraph">
              <wp:posOffset>16510</wp:posOffset>
            </wp:positionV>
            <wp:extent cx="592455" cy="742950"/>
            <wp:effectExtent l="0" t="0" r="0" b="0"/>
            <wp:wrapNone/>
            <wp:docPr id="1295015557" name="Picture 2" descr="stem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stema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4407535</wp:posOffset>
            </wp:positionH>
            <wp:positionV relativeFrom="paragraph">
              <wp:posOffset>16510</wp:posOffset>
            </wp:positionV>
            <wp:extent cx="1566545" cy="602615"/>
            <wp:effectExtent l="0" t="0" r="0" b="6985"/>
            <wp:wrapTight wrapText="bothSides">
              <wp:wrapPolygon edited="0">
                <wp:start x="0" y="0"/>
                <wp:lineTo x="0" y="21168"/>
                <wp:lineTo x="21276" y="21168"/>
                <wp:lineTo x="21276" y="0"/>
                <wp:lineTo x="0" y="0"/>
              </wp:wrapPolygon>
            </wp:wrapTight>
            <wp:docPr id="1973921709" name="Picture 1" descr="Lapad sul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0" descr="Lapad suli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602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18"/>
          <w:szCs w:val="18"/>
        </w:rPr>
        <w:t xml:space="preserve">                     MINISTERUL EDUCAŢIEI ȘI CERCETĂRII</w:t>
      </w:r>
    </w:p>
    <w:p w:rsidR="0071389D" w:rsidRDefault="0071389D" w:rsidP="0071389D">
      <w:pPr>
        <w:pStyle w:val="Nincstrkz"/>
        <w:rPr>
          <w:sz w:val="18"/>
          <w:szCs w:val="18"/>
        </w:rPr>
      </w:pPr>
      <w:r>
        <w:rPr>
          <w:sz w:val="18"/>
          <w:szCs w:val="18"/>
        </w:rPr>
        <w:t xml:space="preserve">                     INSPECTORATUL ŞCOLAR AL JUDEŢULUI ALBA</w:t>
      </w:r>
    </w:p>
    <w:p w:rsidR="0071389D" w:rsidRDefault="0071389D" w:rsidP="0071389D">
      <w:pPr>
        <w:pStyle w:val="Nincstrkz"/>
        <w:rPr>
          <w:rFonts w:ascii="Arial Black" w:hAnsi="Arial Black"/>
          <w:b/>
          <w:sz w:val="18"/>
          <w:szCs w:val="18"/>
        </w:rPr>
      </w:pPr>
      <w:r>
        <w:rPr>
          <w:rFonts w:ascii="Arial Black" w:hAnsi="Arial Black"/>
          <w:b/>
          <w:sz w:val="18"/>
          <w:szCs w:val="18"/>
        </w:rPr>
        <w:t xml:space="preserve">                 ȘCOALA GIMNAZIALĂ LOPADEA NOUĂ</w:t>
      </w:r>
    </w:p>
    <w:p w:rsidR="0071389D" w:rsidRDefault="0071389D" w:rsidP="0071389D">
      <w:pPr>
        <w:pStyle w:val="Nincstrkz"/>
        <w:rPr>
          <w:sz w:val="18"/>
          <w:szCs w:val="18"/>
        </w:rPr>
      </w:pPr>
      <w:r>
        <w:rPr>
          <w:sz w:val="18"/>
          <w:szCs w:val="18"/>
        </w:rPr>
        <w:t xml:space="preserve">                    517395 LOPADEA </w:t>
      </w:r>
      <w:proofErr w:type="gramStart"/>
      <w:r>
        <w:rPr>
          <w:sz w:val="18"/>
          <w:szCs w:val="18"/>
        </w:rPr>
        <w:t>NOUĂ  Nr</w:t>
      </w:r>
      <w:proofErr w:type="gramEnd"/>
      <w:r>
        <w:rPr>
          <w:sz w:val="18"/>
          <w:szCs w:val="18"/>
        </w:rPr>
        <w:t>. 60 - ROMĂNIA</w:t>
      </w:r>
    </w:p>
    <w:p w:rsidR="0071389D" w:rsidRDefault="0071389D" w:rsidP="0071389D">
      <w:pPr>
        <w:pStyle w:val="Nincstrkz"/>
        <w:rPr>
          <w:rFonts w:ascii="Arial Narrow" w:hAnsi="Arial Narrow"/>
          <w:b/>
          <w:sz w:val="18"/>
          <w:szCs w:val="18"/>
        </w:rPr>
      </w:pPr>
      <w:r>
        <w:rPr>
          <w:sz w:val="18"/>
          <w:szCs w:val="18"/>
        </w:rPr>
        <w:t xml:space="preserve">                    </w:t>
      </w:r>
      <w:proofErr w:type="gramStart"/>
      <w:r>
        <w:rPr>
          <w:sz w:val="18"/>
          <w:szCs w:val="18"/>
        </w:rPr>
        <w:t>TEL/FAX.</w:t>
      </w:r>
      <w:proofErr w:type="gramEnd"/>
      <w:r>
        <w:rPr>
          <w:sz w:val="18"/>
          <w:szCs w:val="18"/>
        </w:rPr>
        <w:t xml:space="preserve"> 0040/258/875200 Email: </w:t>
      </w:r>
      <w:hyperlink r:id="rId8" w:history="1">
        <w:r>
          <w:rPr>
            <w:rStyle w:val="Hiperhivatkozs"/>
            <w:rFonts w:ascii="Arial" w:hAnsi="Arial" w:cs="Arial"/>
            <w:i/>
            <w:sz w:val="18"/>
            <w:szCs w:val="18"/>
          </w:rPr>
          <w:t>sclopadeanoua@yahoo.com</w:t>
        </w:r>
      </w:hyperlink>
    </w:p>
    <w:p w:rsidR="0071389D" w:rsidRDefault="0071389D">
      <w:pPr>
        <w:spacing w:before="240" w:after="40"/>
        <w:jc w:val="center"/>
        <w:rPr>
          <w:b/>
          <w:sz w:val="32"/>
        </w:rPr>
      </w:pPr>
    </w:p>
    <w:p w:rsidR="0070791D" w:rsidRDefault="00FA7759">
      <w:pPr>
        <w:spacing w:before="240" w:after="40"/>
        <w:jc w:val="center"/>
      </w:pPr>
      <w:proofErr w:type="spellStart"/>
      <w:r>
        <w:rPr>
          <w:b/>
          <w:sz w:val="32"/>
        </w:rPr>
        <w:t>Colectivul</w:t>
      </w:r>
      <w:proofErr w:type="spellEnd"/>
      <w:r>
        <w:rPr>
          <w:b/>
          <w:sz w:val="32"/>
        </w:rPr>
        <w:t xml:space="preserve"> de </w:t>
      </w:r>
      <w:proofErr w:type="spellStart"/>
      <w:r>
        <w:rPr>
          <w:b/>
          <w:sz w:val="32"/>
        </w:rPr>
        <w:t>muncă</w:t>
      </w:r>
      <w:proofErr w:type="spellEnd"/>
    </w:p>
    <w:p w:rsidR="0070791D" w:rsidRDefault="00FA7759">
      <w:pPr>
        <w:jc w:val="center"/>
      </w:pPr>
      <w:r>
        <w:rPr>
          <w:b/>
          <w:sz w:val="22"/>
        </w:rPr>
        <w:t>Anul școlar 2026–2027</w:t>
      </w:r>
    </w:p>
    <w:p w:rsidR="0070791D" w:rsidRDefault="00FA7759">
      <w:pPr>
        <w:keepNext/>
        <w:spacing w:before="160" w:after="60"/>
      </w:pPr>
      <w:r>
        <w:rPr>
          <w:b/>
          <w:color w:val="1F4E79"/>
          <w:sz w:val="24"/>
        </w:rPr>
        <w:t>Personal didactic</w:t>
      </w:r>
    </w:p>
    <w:p w:rsidR="0070791D" w:rsidRDefault="00FA7759">
      <w:pPr>
        <w:keepNext/>
        <w:spacing w:before="60" w:after="80"/>
      </w:pPr>
      <w:r>
        <w:rPr>
          <w:b/>
        </w:rPr>
        <w:t>Ș</w:t>
      </w:r>
      <w:r>
        <w:rPr>
          <w:b/>
        </w:rPr>
        <w:t xml:space="preserve">coala </w:t>
      </w:r>
      <w:r>
        <w:rPr>
          <w:b/>
        </w:rPr>
        <w:t>Gimnazială Lopadea Nouă</w:t>
      </w: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794"/>
        <w:gridCol w:w="5216"/>
        <w:gridCol w:w="3969"/>
      </w:tblGrid>
      <w:tr w:rsidR="0070791D">
        <w:trPr>
          <w:tblHeader/>
          <w:jc w:val="center"/>
        </w:trPr>
        <w:tc>
          <w:tcPr>
            <w:tcW w:w="794" w:type="dxa"/>
            <w:shd w:val="clear" w:color="auto" w:fill="D9EAF7"/>
            <w:vAlign w:val="center"/>
          </w:tcPr>
          <w:p w:rsidR="0070791D" w:rsidRDefault="00FA7759">
            <w:pPr>
              <w:jc w:val="center"/>
            </w:pPr>
            <w:r>
              <w:rPr>
                <w:b/>
                <w:sz w:val="20"/>
              </w:rPr>
              <w:t>Nr. crt.</w:t>
            </w:r>
          </w:p>
        </w:tc>
        <w:tc>
          <w:tcPr>
            <w:tcW w:w="5216" w:type="dxa"/>
            <w:shd w:val="clear" w:color="auto" w:fill="D9EAF7"/>
            <w:vAlign w:val="center"/>
          </w:tcPr>
          <w:p w:rsidR="0070791D" w:rsidRDefault="00FA7759">
            <w:pPr>
              <w:jc w:val="center"/>
            </w:pPr>
            <w:r>
              <w:rPr>
                <w:b/>
                <w:sz w:val="20"/>
              </w:rPr>
              <w:t>Numele și prenumele</w:t>
            </w:r>
          </w:p>
        </w:tc>
        <w:tc>
          <w:tcPr>
            <w:tcW w:w="3969" w:type="dxa"/>
            <w:shd w:val="clear" w:color="auto" w:fill="D9EAF7"/>
            <w:vAlign w:val="center"/>
          </w:tcPr>
          <w:p w:rsidR="0070791D" w:rsidRDefault="00FA7759">
            <w:pPr>
              <w:jc w:val="center"/>
            </w:pPr>
            <w:r>
              <w:rPr>
                <w:b/>
                <w:sz w:val="20"/>
              </w:rPr>
              <w:t>Funcția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Molnár Melinda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Moga Andreea-Diana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Szilágyi Andrei-Levente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Lőrincz Ildikó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Turzai Zsolt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Soós Andrei-Bátori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 xml:space="preserve">Horváth </w:t>
            </w:r>
            <w:r>
              <w:rPr>
                <w:sz w:val="19"/>
              </w:rPr>
              <w:t>Alexandru-Ladislau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Bartha Ágnes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Gilyen Henrieta-Sidonia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Director / 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5216" w:type="dxa"/>
            <w:vAlign w:val="center"/>
          </w:tcPr>
          <w:p w:rsidR="0070791D" w:rsidRPr="0071389D" w:rsidRDefault="0071389D">
            <w:pPr>
              <w:rPr>
                <w:lang w:val="hu-HU"/>
              </w:rPr>
            </w:pPr>
            <w:r>
              <w:rPr>
                <w:sz w:val="19"/>
                <w:lang w:val="hu-HU"/>
              </w:rPr>
              <w:t>Szabó Lőrinc Zsombor</w:t>
            </w:r>
          </w:p>
        </w:tc>
        <w:tc>
          <w:tcPr>
            <w:tcW w:w="3969" w:type="dxa"/>
            <w:vAlign w:val="center"/>
          </w:tcPr>
          <w:p w:rsidR="0070791D" w:rsidRDefault="00FA7759">
            <w:proofErr w:type="spellStart"/>
            <w:r>
              <w:rPr>
                <w:sz w:val="19"/>
              </w:rPr>
              <w:t>Profesor</w:t>
            </w:r>
            <w:proofErr w:type="spellEnd"/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11</w:t>
            </w:r>
          </w:p>
        </w:tc>
        <w:tc>
          <w:tcPr>
            <w:tcW w:w="5216" w:type="dxa"/>
            <w:vAlign w:val="center"/>
          </w:tcPr>
          <w:p w:rsidR="0070791D" w:rsidRDefault="0071389D">
            <w:proofErr w:type="spellStart"/>
            <w:r>
              <w:rPr>
                <w:sz w:val="19"/>
              </w:rPr>
              <w:t>Kis</w:t>
            </w:r>
            <w:proofErr w:type="spellEnd"/>
            <w:r>
              <w:rPr>
                <w:sz w:val="19"/>
              </w:rPr>
              <w:t xml:space="preserve"> Clara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12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Székely-Bányai Andrea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 pentru educație timpurie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13</w:t>
            </w:r>
          </w:p>
        </w:tc>
        <w:tc>
          <w:tcPr>
            <w:tcW w:w="5216" w:type="dxa"/>
            <w:vAlign w:val="center"/>
          </w:tcPr>
          <w:p w:rsidR="0070791D" w:rsidRDefault="0071389D">
            <w:proofErr w:type="spellStart"/>
            <w:r>
              <w:rPr>
                <w:sz w:val="19"/>
              </w:rPr>
              <w:t>Sárközi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Eszter-Zsuzsa</w:t>
            </w:r>
            <w:proofErr w:type="spellEnd"/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 xml:space="preserve">Profesor pentru educație </w:t>
            </w:r>
            <w:r>
              <w:rPr>
                <w:sz w:val="19"/>
              </w:rPr>
              <w:t>timpurie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14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Szilágyi-Székely Melinda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 pentru învățământ primar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Demeter Enikő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 pentru învățământ primar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16</w:t>
            </w:r>
          </w:p>
        </w:tc>
        <w:tc>
          <w:tcPr>
            <w:tcW w:w="5216" w:type="dxa"/>
            <w:vAlign w:val="center"/>
          </w:tcPr>
          <w:p w:rsidR="0070791D" w:rsidRDefault="0071389D">
            <w:r>
              <w:rPr>
                <w:sz w:val="19"/>
              </w:rPr>
              <w:t xml:space="preserve">Kiss </w:t>
            </w:r>
            <w:proofErr w:type="spellStart"/>
            <w:r>
              <w:rPr>
                <w:sz w:val="19"/>
              </w:rPr>
              <w:t>Henrieta-Izolda</w:t>
            </w:r>
            <w:proofErr w:type="spellEnd"/>
          </w:p>
        </w:tc>
        <w:tc>
          <w:tcPr>
            <w:tcW w:w="3969" w:type="dxa"/>
            <w:vAlign w:val="center"/>
          </w:tcPr>
          <w:p w:rsidR="0070791D" w:rsidRDefault="00FA7759">
            <w:proofErr w:type="spellStart"/>
            <w:r>
              <w:rPr>
                <w:sz w:val="19"/>
              </w:rPr>
              <w:t>Profesor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pentru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 w:rsidR="0071389D">
              <w:rPr>
                <w:sz w:val="19"/>
              </w:rPr>
              <w:t>educație</w:t>
            </w:r>
            <w:proofErr w:type="spellEnd"/>
            <w:r w:rsidR="0071389D">
              <w:rPr>
                <w:sz w:val="19"/>
              </w:rPr>
              <w:t xml:space="preserve"> </w:t>
            </w:r>
            <w:proofErr w:type="spellStart"/>
            <w:r w:rsidR="0071389D">
              <w:rPr>
                <w:sz w:val="19"/>
              </w:rPr>
              <w:t>timpurie</w:t>
            </w:r>
            <w:proofErr w:type="spellEnd"/>
          </w:p>
        </w:tc>
      </w:tr>
      <w:tr w:rsidR="0070791D" w:rsidTr="0071389D">
        <w:trPr>
          <w:trHeight w:val="252"/>
          <w:jc w:val="center"/>
        </w:trPr>
        <w:tc>
          <w:tcPr>
            <w:tcW w:w="794" w:type="dxa"/>
            <w:vAlign w:val="center"/>
          </w:tcPr>
          <w:p w:rsidR="0071389D" w:rsidRDefault="00FA7759" w:rsidP="0071389D">
            <w:pPr>
              <w:jc w:val="center"/>
            </w:pPr>
            <w:r>
              <w:rPr>
                <w:sz w:val="19"/>
              </w:rPr>
              <w:t>17</w:t>
            </w:r>
          </w:p>
        </w:tc>
        <w:tc>
          <w:tcPr>
            <w:tcW w:w="5216" w:type="dxa"/>
            <w:vAlign w:val="center"/>
          </w:tcPr>
          <w:p w:rsidR="0071389D" w:rsidRDefault="00FA7759" w:rsidP="0071389D">
            <w:proofErr w:type="spellStart"/>
            <w:r>
              <w:rPr>
                <w:sz w:val="19"/>
              </w:rPr>
              <w:t>Kőllő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Éva</w:t>
            </w:r>
            <w:proofErr w:type="spellEnd"/>
          </w:p>
        </w:tc>
        <w:tc>
          <w:tcPr>
            <w:tcW w:w="3969" w:type="dxa"/>
            <w:vAlign w:val="center"/>
          </w:tcPr>
          <w:p w:rsidR="0071389D" w:rsidRDefault="00FA7759" w:rsidP="0071389D">
            <w:proofErr w:type="spellStart"/>
            <w:r>
              <w:rPr>
                <w:sz w:val="19"/>
              </w:rPr>
              <w:t>Profesor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pentru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învățământ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primar</w:t>
            </w:r>
            <w:proofErr w:type="spellEnd"/>
          </w:p>
        </w:tc>
      </w:tr>
      <w:tr w:rsidR="0071389D" w:rsidTr="0071389D">
        <w:trPr>
          <w:trHeight w:val="204"/>
          <w:jc w:val="center"/>
        </w:trPr>
        <w:tc>
          <w:tcPr>
            <w:tcW w:w="794" w:type="dxa"/>
            <w:vAlign w:val="center"/>
          </w:tcPr>
          <w:p w:rsidR="0071389D" w:rsidRDefault="0071389D" w:rsidP="0071389D">
            <w:pPr>
              <w:jc w:val="center"/>
              <w:rPr>
                <w:sz w:val="19"/>
              </w:rPr>
            </w:pPr>
            <w:r>
              <w:rPr>
                <w:sz w:val="19"/>
              </w:rPr>
              <w:t>18</w:t>
            </w:r>
          </w:p>
        </w:tc>
        <w:tc>
          <w:tcPr>
            <w:tcW w:w="5216" w:type="dxa"/>
            <w:vAlign w:val="center"/>
          </w:tcPr>
          <w:p w:rsidR="0071389D" w:rsidRDefault="0071389D" w:rsidP="0071389D">
            <w:pPr>
              <w:rPr>
                <w:sz w:val="19"/>
              </w:rPr>
            </w:pPr>
            <w:proofErr w:type="spellStart"/>
            <w:r>
              <w:rPr>
                <w:sz w:val="19"/>
              </w:rPr>
              <w:t>Zsiga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Emese-Imola</w:t>
            </w:r>
            <w:proofErr w:type="spellEnd"/>
          </w:p>
        </w:tc>
        <w:tc>
          <w:tcPr>
            <w:tcW w:w="3969" w:type="dxa"/>
            <w:vAlign w:val="center"/>
          </w:tcPr>
          <w:p w:rsidR="0071389D" w:rsidRDefault="0071389D" w:rsidP="0071389D">
            <w:pPr>
              <w:rPr>
                <w:sz w:val="19"/>
              </w:rPr>
            </w:pPr>
            <w:proofErr w:type="spellStart"/>
            <w:r>
              <w:rPr>
                <w:sz w:val="19"/>
              </w:rPr>
              <w:t>Profesor</w:t>
            </w:r>
            <w:proofErr w:type="spellEnd"/>
          </w:p>
        </w:tc>
      </w:tr>
      <w:tr w:rsidR="0071389D" w:rsidTr="0071389D">
        <w:trPr>
          <w:trHeight w:val="216"/>
          <w:jc w:val="center"/>
        </w:trPr>
        <w:tc>
          <w:tcPr>
            <w:tcW w:w="794" w:type="dxa"/>
            <w:vAlign w:val="center"/>
          </w:tcPr>
          <w:p w:rsidR="0071389D" w:rsidRDefault="0071389D" w:rsidP="0071389D">
            <w:pPr>
              <w:jc w:val="center"/>
              <w:rPr>
                <w:sz w:val="19"/>
              </w:rPr>
            </w:pPr>
            <w:r>
              <w:rPr>
                <w:sz w:val="19"/>
              </w:rPr>
              <w:t>19</w:t>
            </w:r>
          </w:p>
        </w:tc>
        <w:tc>
          <w:tcPr>
            <w:tcW w:w="5216" w:type="dxa"/>
            <w:tcBorders>
              <w:bottom w:val="single" w:sz="4" w:space="0" w:color="auto"/>
            </w:tcBorders>
            <w:vAlign w:val="center"/>
          </w:tcPr>
          <w:p w:rsidR="0071389D" w:rsidRDefault="0071389D" w:rsidP="0071389D">
            <w:pPr>
              <w:rPr>
                <w:sz w:val="19"/>
              </w:rPr>
            </w:pPr>
            <w:r>
              <w:rPr>
                <w:sz w:val="19"/>
              </w:rPr>
              <w:t xml:space="preserve">Horvath </w:t>
            </w:r>
            <w:proofErr w:type="spellStart"/>
            <w:r>
              <w:rPr>
                <w:sz w:val="19"/>
              </w:rPr>
              <w:t>Ladislau-Alexandru</w:t>
            </w:r>
            <w:proofErr w:type="spellEnd"/>
          </w:p>
        </w:tc>
        <w:tc>
          <w:tcPr>
            <w:tcW w:w="3969" w:type="dxa"/>
            <w:vAlign w:val="center"/>
          </w:tcPr>
          <w:p w:rsidR="0071389D" w:rsidRDefault="0071389D" w:rsidP="0071389D">
            <w:pPr>
              <w:rPr>
                <w:sz w:val="19"/>
              </w:rPr>
            </w:pPr>
            <w:proofErr w:type="spellStart"/>
            <w:r>
              <w:rPr>
                <w:sz w:val="19"/>
              </w:rPr>
              <w:t>Profesor</w:t>
            </w:r>
            <w:proofErr w:type="spellEnd"/>
          </w:p>
        </w:tc>
      </w:tr>
    </w:tbl>
    <w:p w:rsidR="0070791D" w:rsidRDefault="0070791D">
      <w:pPr>
        <w:spacing w:after="0"/>
      </w:pPr>
    </w:p>
    <w:p w:rsidR="0070791D" w:rsidRDefault="00FA7759">
      <w:pPr>
        <w:keepNext/>
        <w:spacing w:before="60" w:after="80"/>
      </w:pPr>
      <w:r>
        <w:rPr>
          <w:b/>
        </w:rPr>
        <w:t>Ș</w:t>
      </w:r>
      <w:r>
        <w:rPr>
          <w:b/>
        </w:rPr>
        <w:t>coala Gimnazială Ciuguzel</w:t>
      </w: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794"/>
        <w:gridCol w:w="5216"/>
        <w:gridCol w:w="3969"/>
      </w:tblGrid>
      <w:tr w:rsidR="0070791D">
        <w:trPr>
          <w:tblHeader/>
          <w:jc w:val="center"/>
        </w:trPr>
        <w:tc>
          <w:tcPr>
            <w:tcW w:w="794" w:type="dxa"/>
            <w:shd w:val="clear" w:color="auto" w:fill="D9EAF7"/>
            <w:vAlign w:val="center"/>
          </w:tcPr>
          <w:p w:rsidR="0070791D" w:rsidRDefault="00FA7759">
            <w:pPr>
              <w:jc w:val="center"/>
            </w:pPr>
            <w:r>
              <w:rPr>
                <w:b/>
                <w:sz w:val="20"/>
              </w:rPr>
              <w:t xml:space="preserve">Nr. </w:t>
            </w:r>
            <w:r>
              <w:rPr>
                <w:b/>
                <w:sz w:val="20"/>
              </w:rPr>
              <w:t>crt.</w:t>
            </w:r>
          </w:p>
        </w:tc>
        <w:tc>
          <w:tcPr>
            <w:tcW w:w="5216" w:type="dxa"/>
            <w:shd w:val="clear" w:color="auto" w:fill="D9EAF7"/>
            <w:vAlign w:val="center"/>
          </w:tcPr>
          <w:p w:rsidR="0070791D" w:rsidRDefault="00FA7759">
            <w:pPr>
              <w:jc w:val="center"/>
            </w:pPr>
            <w:r>
              <w:rPr>
                <w:b/>
                <w:sz w:val="20"/>
              </w:rPr>
              <w:t>Numele și prenumele</w:t>
            </w:r>
          </w:p>
        </w:tc>
        <w:tc>
          <w:tcPr>
            <w:tcW w:w="3969" w:type="dxa"/>
            <w:shd w:val="clear" w:color="auto" w:fill="D9EAF7"/>
            <w:vAlign w:val="center"/>
          </w:tcPr>
          <w:p w:rsidR="0070791D" w:rsidRDefault="00FA7759">
            <w:pPr>
              <w:jc w:val="center"/>
            </w:pPr>
            <w:r>
              <w:rPr>
                <w:b/>
                <w:sz w:val="20"/>
              </w:rPr>
              <w:t>Funcția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Mocan Felicia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5216" w:type="dxa"/>
            <w:vAlign w:val="center"/>
          </w:tcPr>
          <w:p w:rsidR="0070791D" w:rsidRDefault="0071389D">
            <w:proofErr w:type="spellStart"/>
            <w:r>
              <w:rPr>
                <w:sz w:val="19"/>
              </w:rPr>
              <w:t>Feledean</w:t>
            </w:r>
            <w:proofErr w:type="spellEnd"/>
            <w:r>
              <w:rPr>
                <w:sz w:val="19"/>
              </w:rPr>
              <w:t xml:space="preserve"> Cristina-</w:t>
            </w:r>
            <w:proofErr w:type="spellStart"/>
            <w:r w:rsidR="00FA7759">
              <w:rPr>
                <w:sz w:val="19"/>
              </w:rPr>
              <w:t>Ioana</w:t>
            </w:r>
            <w:proofErr w:type="spellEnd"/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Alexa Laura-Maria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Beian Paula-Adriana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Indreiu Sebastian-Robert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Cruciu Laura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5216" w:type="dxa"/>
            <w:vAlign w:val="center"/>
          </w:tcPr>
          <w:p w:rsidR="0070791D" w:rsidRDefault="0071389D">
            <w:r>
              <w:rPr>
                <w:sz w:val="19"/>
              </w:rPr>
              <w:t>Dora Dan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5216" w:type="dxa"/>
            <w:vAlign w:val="center"/>
          </w:tcPr>
          <w:p w:rsidR="0070791D" w:rsidRDefault="0071389D">
            <w:proofErr w:type="spellStart"/>
            <w:r>
              <w:rPr>
                <w:sz w:val="19"/>
              </w:rPr>
              <w:t>Holom</w:t>
            </w:r>
            <w:proofErr w:type="spellEnd"/>
            <w:r>
              <w:rPr>
                <w:sz w:val="19"/>
              </w:rPr>
              <w:t xml:space="preserve"> Veronica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5216" w:type="dxa"/>
            <w:vAlign w:val="center"/>
          </w:tcPr>
          <w:p w:rsidR="0070791D" w:rsidRDefault="00FA7759">
            <w:proofErr w:type="spellStart"/>
            <w:r>
              <w:rPr>
                <w:sz w:val="19"/>
              </w:rPr>
              <w:t>Boghiu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Ec</w:t>
            </w:r>
            <w:r>
              <w:rPr>
                <w:sz w:val="19"/>
              </w:rPr>
              <w:t>aterina</w:t>
            </w:r>
            <w:proofErr w:type="spellEnd"/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Tătar Lidia Cristina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11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Molnár Andreea-Susana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 pentru educație timpurie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12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Ocnean Delia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Profesor pentru învățământ primar</w:t>
            </w:r>
          </w:p>
        </w:tc>
      </w:tr>
    </w:tbl>
    <w:p w:rsidR="0070791D" w:rsidRDefault="0071389D">
      <w:pPr>
        <w:keepNext/>
        <w:spacing w:before="60" w:after="80"/>
      </w:pPr>
      <w:r>
        <w:rPr>
          <w:b/>
        </w:rPr>
        <w:t xml:space="preserve">GPN </w:t>
      </w:r>
      <w:proofErr w:type="spellStart"/>
      <w:r>
        <w:rPr>
          <w:b/>
        </w:rPr>
        <w:t>Băgău</w:t>
      </w:r>
      <w:proofErr w:type="spellEnd"/>
      <w:r>
        <w:rPr>
          <w:b/>
        </w:rPr>
        <w:t xml:space="preserve"> </w:t>
      </w: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794"/>
        <w:gridCol w:w="5216"/>
        <w:gridCol w:w="3969"/>
      </w:tblGrid>
      <w:tr w:rsidR="0070791D">
        <w:trPr>
          <w:tblHeader/>
          <w:jc w:val="center"/>
        </w:trPr>
        <w:tc>
          <w:tcPr>
            <w:tcW w:w="794" w:type="dxa"/>
            <w:shd w:val="clear" w:color="auto" w:fill="D9EAF7"/>
            <w:vAlign w:val="center"/>
          </w:tcPr>
          <w:p w:rsidR="0070791D" w:rsidRDefault="00FA7759">
            <w:pPr>
              <w:jc w:val="center"/>
            </w:pPr>
            <w:r>
              <w:rPr>
                <w:b/>
                <w:sz w:val="20"/>
              </w:rPr>
              <w:t>Nr. crt.</w:t>
            </w:r>
          </w:p>
        </w:tc>
        <w:tc>
          <w:tcPr>
            <w:tcW w:w="5216" w:type="dxa"/>
            <w:shd w:val="clear" w:color="auto" w:fill="D9EAF7"/>
            <w:vAlign w:val="center"/>
          </w:tcPr>
          <w:p w:rsidR="0070791D" w:rsidRDefault="00FA7759">
            <w:pPr>
              <w:jc w:val="center"/>
            </w:pPr>
            <w:r>
              <w:rPr>
                <w:b/>
                <w:sz w:val="20"/>
              </w:rPr>
              <w:t>Numele și prenumele</w:t>
            </w:r>
          </w:p>
        </w:tc>
        <w:tc>
          <w:tcPr>
            <w:tcW w:w="3969" w:type="dxa"/>
            <w:shd w:val="clear" w:color="auto" w:fill="D9EAF7"/>
            <w:vAlign w:val="center"/>
          </w:tcPr>
          <w:p w:rsidR="0070791D" w:rsidRDefault="00FA7759">
            <w:pPr>
              <w:jc w:val="center"/>
            </w:pPr>
            <w:r>
              <w:rPr>
                <w:b/>
                <w:sz w:val="20"/>
              </w:rPr>
              <w:t>Funcția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Vaidasigan Adriana</w:t>
            </w:r>
          </w:p>
        </w:tc>
        <w:tc>
          <w:tcPr>
            <w:tcW w:w="3969" w:type="dxa"/>
            <w:vAlign w:val="center"/>
          </w:tcPr>
          <w:p w:rsidR="0070791D" w:rsidRDefault="00FA7759">
            <w:proofErr w:type="spellStart"/>
            <w:r>
              <w:rPr>
                <w:sz w:val="19"/>
              </w:rPr>
              <w:t>Educato</w:t>
            </w:r>
            <w:r w:rsidR="0071389D">
              <w:rPr>
                <w:sz w:val="19"/>
              </w:rPr>
              <w:t>are</w:t>
            </w:r>
            <w:proofErr w:type="spellEnd"/>
          </w:p>
        </w:tc>
      </w:tr>
    </w:tbl>
    <w:p w:rsidR="0070791D" w:rsidRDefault="0070791D">
      <w:pPr>
        <w:spacing w:after="0"/>
      </w:pPr>
    </w:p>
    <w:p w:rsidR="0070791D" w:rsidRDefault="00FA7759">
      <w:pPr>
        <w:keepNext/>
        <w:spacing w:before="160" w:after="60"/>
      </w:pPr>
      <w:r>
        <w:rPr>
          <w:b/>
          <w:color w:val="1F4E79"/>
          <w:sz w:val="24"/>
        </w:rPr>
        <w:lastRenderedPageBreak/>
        <w:t xml:space="preserve">Personal didactic </w:t>
      </w:r>
      <w:r>
        <w:rPr>
          <w:b/>
          <w:color w:val="1F4E79"/>
          <w:sz w:val="24"/>
        </w:rPr>
        <w:t>auxiliar</w:t>
      </w:r>
    </w:p>
    <w:p w:rsidR="0070791D" w:rsidRDefault="00FA7759">
      <w:pPr>
        <w:keepNext/>
        <w:spacing w:before="60" w:after="80"/>
      </w:pPr>
      <w:r>
        <w:rPr>
          <w:b/>
        </w:rPr>
        <w:t>Unitatea de învățământ</w:t>
      </w: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794"/>
        <w:gridCol w:w="5216"/>
        <w:gridCol w:w="3969"/>
      </w:tblGrid>
      <w:tr w:rsidR="0070791D">
        <w:trPr>
          <w:tblHeader/>
          <w:jc w:val="center"/>
        </w:trPr>
        <w:tc>
          <w:tcPr>
            <w:tcW w:w="794" w:type="dxa"/>
            <w:shd w:val="clear" w:color="auto" w:fill="D9EAF7"/>
            <w:vAlign w:val="center"/>
          </w:tcPr>
          <w:p w:rsidR="0070791D" w:rsidRDefault="00FA7759">
            <w:pPr>
              <w:jc w:val="center"/>
            </w:pPr>
            <w:r>
              <w:rPr>
                <w:b/>
                <w:sz w:val="20"/>
              </w:rPr>
              <w:t>Nr. crt.</w:t>
            </w:r>
          </w:p>
        </w:tc>
        <w:tc>
          <w:tcPr>
            <w:tcW w:w="5216" w:type="dxa"/>
            <w:shd w:val="clear" w:color="auto" w:fill="D9EAF7"/>
            <w:vAlign w:val="center"/>
          </w:tcPr>
          <w:p w:rsidR="0070791D" w:rsidRDefault="00FA7759">
            <w:pPr>
              <w:jc w:val="center"/>
            </w:pPr>
            <w:r>
              <w:rPr>
                <w:b/>
                <w:sz w:val="20"/>
              </w:rPr>
              <w:t>Numele și prenumele</w:t>
            </w:r>
          </w:p>
        </w:tc>
        <w:tc>
          <w:tcPr>
            <w:tcW w:w="3969" w:type="dxa"/>
            <w:shd w:val="clear" w:color="auto" w:fill="D9EAF7"/>
            <w:vAlign w:val="center"/>
          </w:tcPr>
          <w:p w:rsidR="0070791D" w:rsidRDefault="00FA7759">
            <w:pPr>
              <w:jc w:val="center"/>
            </w:pPr>
            <w:r>
              <w:rPr>
                <w:b/>
                <w:sz w:val="20"/>
              </w:rPr>
              <w:t>Funcția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Szabó Mária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Contabil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Szilágy Annamária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Secretar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Szilágyi Andrei-Levente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Analist programator</w:t>
            </w:r>
          </w:p>
        </w:tc>
      </w:tr>
    </w:tbl>
    <w:p w:rsidR="0070791D" w:rsidRDefault="0070791D">
      <w:pPr>
        <w:spacing w:after="0"/>
      </w:pPr>
    </w:p>
    <w:p w:rsidR="0070791D" w:rsidRDefault="00FA7759">
      <w:pPr>
        <w:keepNext/>
        <w:spacing w:before="160" w:after="60"/>
      </w:pPr>
      <w:r>
        <w:rPr>
          <w:b/>
          <w:color w:val="1F4E79"/>
          <w:sz w:val="24"/>
        </w:rPr>
        <w:t>Personal administrativ</w:t>
      </w:r>
    </w:p>
    <w:p w:rsidR="0070791D" w:rsidRDefault="00FA7759">
      <w:pPr>
        <w:keepNext/>
        <w:spacing w:before="60" w:after="80"/>
      </w:pPr>
      <w:r>
        <w:rPr>
          <w:b/>
        </w:rPr>
        <w:t>Unitatea de învățământ</w:t>
      </w: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794"/>
        <w:gridCol w:w="5216"/>
        <w:gridCol w:w="3969"/>
      </w:tblGrid>
      <w:tr w:rsidR="0070791D">
        <w:trPr>
          <w:tblHeader/>
          <w:jc w:val="center"/>
        </w:trPr>
        <w:tc>
          <w:tcPr>
            <w:tcW w:w="794" w:type="dxa"/>
            <w:shd w:val="clear" w:color="auto" w:fill="D9EAF7"/>
            <w:vAlign w:val="center"/>
          </w:tcPr>
          <w:p w:rsidR="0070791D" w:rsidRDefault="00FA7759">
            <w:pPr>
              <w:jc w:val="center"/>
            </w:pPr>
            <w:r>
              <w:rPr>
                <w:b/>
                <w:sz w:val="20"/>
              </w:rPr>
              <w:t>Nr. crt.</w:t>
            </w:r>
          </w:p>
        </w:tc>
        <w:tc>
          <w:tcPr>
            <w:tcW w:w="5216" w:type="dxa"/>
            <w:shd w:val="clear" w:color="auto" w:fill="D9EAF7"/>
            <w:vAlign w:val="center"/>
          </w:tcPr>
          <w:p w:rsidR="0070791D" w:rsidRDefault="00FA7759">
            <w:pPr>
              <w:jc w:val="center"/>
            </w:pPr>
            <w:r>
              <w:rPr>
                <w:b/>
                <w:sz w:val="20"/>
              </w:rPr>
              <w:t>Numele și prenumele</w:t>
            </w:r>
          </w:p>
        </w:tc>
        <w:tc>
          <w:tcPr>
            <w:tcW w:w="3969" w:type="dxa"/>
            <w:shd w:val="clear" w:color="auto" w:fill="D9EAF7"/>
            <w:vAlign w:val="center"/>
          </w:tcPr>
          <w:p w:rsidR="0070791D" w:rsidRDefault="00FA7759">
            <w:pPr>
              <w:jc w:val="center"/>
            </w:pPr>
            <w:r>
              <w:rPr>
                <w:b/>
                <w:sz w:val="20"/>
              </w:rPr>
              <w:t>Funcția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Gilyen Erica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Îngrijitor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Szabó Szörény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Muncitor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Molnár-Feri Gheorghe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Muncitor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Szolga Francisc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Ș</w:t>
            </w:r>
            <w:r>
              <w:rPr>
                <w:sz w:val="19"/>
              </w:rPr>
              <w:t>ofer microbuz școlar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Bălău Eugenia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Îngrijitor</w:t>
            </w:r>
          </w:p>
        </w:tc>
      </w:tr>
      <w:tr w:rsidR="0070791D">
        <w:trPr>
          <w:jc w:val="center"/>
        </w:trPr>
        <w:tc>
          <w:tcPr>
            <w:tcW w:w="794" w:type="dxa"/>
            <w:vAlign w:val="center"/>
          </w:tcPr>
          <w:p w:rsidR="0070791D" w:rsidRDefault="00FA7759">
            <w:pPr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5216" w:type="dxa"/>
            <w:vAlign w:val="center"/>
          </w:tcPr>
          <w:p w:rsidR="0070791D" w:rsidRDefault="00FA7759">
            <w:r>
              <w:rPr>
                <w:sz w:val="19"/>
              </w:rPr>
              <w:t>Florea Mihaela</w:t>
            </w:r>
          </w:p>
        </w:tc>
        <w:tc>
          <w:tcPr>
            <w:tcW w:w="3969" w:type="dxa"/>
            <w:vAlign w:val="center"/>
          </w:tcPr>
          <w:p w:rsidR="0070791D" w:rsidRDefault="00FA7759">
            <w:r>
              <w:rPr>
                <w:sz w:val="19"/>
              </w:rPr>
              <w:t>Îngrijitor</w:t>
            </w:r>
          </w:p>
        </w:tc>
      </w:tr>
    </w:tbl>
    <w:p w:rsidR="0070791D" w:rsidRDefault="0070791D">
      <w:pPr>
        <w:spacing w:after="0"/>
      </w:pPr>
    </w:p>
    <w:p w:rsidR="0070791D" w:rsidRDefault="00FA7759">
      <w:pPr>
        <w:spacing w:before="240"/>
      </w:pPr>
      <w:r>
        <w:rPr>
          <w:b/>
        </w:rPr>
        <w:t>Director,</w:t>
      </w:r>
    </w:p>
    <w:p w:rsidR="0070791D" w:rsidRDefault="00FA7759">
      <w:pPr>
        <w:spacing w:after="0"/>
      </w:pPr>
      <w:r>
        <w:t>prof. Gilyen Henrieta-Sidonia</w:t>
      </w:r>
    </w:p>
    <w:sectPr w:rsidR="0070791D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70791D"/>
    <w:rsid w:val="0071389D"/>
    <w:rsid w:val="00AA1D8D"/>
    <w:rsid w:val="00B47730"/>
    <w:rsid w:val="00CB0664"/>
    <w:rsid w:val="00FA7759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C693F"/>
    <w:rPr>
      <w:rFonts w:ascii="Arial" w:hAnsi="Arial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hangslyoz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hivatkozs">
    <w:name w:val="Hyperlink"/>
    <w:basedOn w:val="Bekezdsalapbettpusa"/>
    <w:uiPriority w:val="99"/>
    <w:semiHidden/>
    <w:unhideWhenUsed/>
    <w:rsid w:val="007138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lopadeanoua@yahoo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AE0C6F-1CEF-4368-9AE2-1CFB8EBC8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Ildiko Lorincz</cp:lastModifiedBy>
  <cp:revision>2</cp:revision>
  <cp:lastPrinted>2026-09-11T07:30:00Z</cp:lastPrinted>
  <dcterms:created xsi:type="dcterms:W3CDTF">2026-09-11T07:31:00Z</dcterms:created>
  <dcterms:modified xsi:type="dcterms:W3CDTF">2026-09-11T07:31:00Z</dcterms:modified>
</cp:coreProperties>
</file>